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9072" w14:textId="77777777" w:rsidR="00341D9C" w:rsidRDefault="00341D9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6"/>
      </w:tblGrid>
      <w:tr w:rsidR="00341D9C" w14:paraId="405D2819" w14:textId="77777777">
        <w:trPr>
          <w:jc w:val="center"/>
        </w:trPr>
        <w:tc>
          <w:tcPr>
            <w:tcW w:w="9746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2F2"/>
          </w:tcPr>
          <w:p w14:paraId="4ACF21CE" w14:textId="77777777" w:rsidR="00341D9C" w:rsidRDefault="00000000" w:rsidP="00251E7E">
            <w:pPr>
              <w:pStyle w:val="Paragrafoelenco"/>
              <w:keepLines/>
              <w:numPr>
                <w:ilvl w:val="0"/>
                <w:numId w:val="11"/>
              </w:numPr>
            </w:pPr>
            <w:r w:rsidRPr="00251E7E">
              <w:t>ISTRUZIONI PER LA REDAZIONE</w:t>
            </w:r>
          </w:p>
          <w:p w14:paraId="0750C51D" w14:textId="77777777" w:rsidR="00341D9C" w:rsidRDefault="00000000" w:rsidP="00251E7E">
            <w:pPr>
              <w:pStyle w:val="Paragrafoelenco"/>
              <w:keepLines/>
              <w:numPr>
                <w:ilvl w:val="0"/>
                <w:numId w:val="11"/>
              </w:numPr>
              <w:spacing w:after="60"/>
            </w:pPr>
            <w:r>
              <w:t>La relazione finale deve descrivere le attività effettivamente realizzate, evidenziando in particolare:</w:t>
            </w:r>
          </w:p>
          <w:p w14:paraId="40A6A4E1" w14:textId="12F6DD87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le iniziative svolte e le modalità di realizzazione del progetto;</w:t>
            </w:r>
          </w:p>
          <w:p w14:paraId="5410202E" w14:textId="45CFA705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il periodo e i luoghi di svolgimento;</w:t>
            </w:r>
          </w:p>
          <w:p w14:paraId="09AF79C1" w14:textId="440EFA8E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il numero indicativo dei partecipanti e del pubblico coinvolto;</w:t>
            </w:r>
          </w:p>
          <w:p w14:paraId="6627C573" w14:textId="2B7AEB8E" w:rsidR="00251E7E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gli eventuali risultati conseguiti e gli obiettivi raggiunti;</w:t>
            </w:r>
          </w:p>
          <w:p w14:paraId="7944E897" w14:textId="76D5D910" w:rsidR="00251E7E" w:rsidRDefault="00251E7E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 w:rsidRPr="00251E7E">
              <w:t>nel caso di realizzazione di pubblicazioni o volumi, il numero di copie realizzate e le modalità di diffusione/distribuzione;</w:t>
            </w:r>
          </w:p>
          <w:p w14:paraId="135F08E5" w14:textId="047110DA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le eventuali variazioni intervenute rispetto al progetto presentato in sede di domanda, con le relative motivazioni.</w:t>
            </w:r>
          </w:p>
          <w:p w14:paraId="3FE4F5F5" w14:textId="77777777" w:rsidR="00341D9C" w:rsidRDefault="00000000" w:rsidP="00251E7E">
            <w:pPr>
              <w:pStyle w:val="Paragrafoelenco"/>
              <w:keepLines/>
              <w:numPr>
                <w:ilvl w:val="0"/>
                <w:numId w:val="11"/>
              </w:numPr>
              <w:spacing w:before="100" w:after="100"/>
            </w:pPr>
            <w:r w:rsidRPr="00251E7E">
              <w:t>N.B. Le eventuali variazioni sostanziali intervenute rispetto al progetto presentato devono essere tempestivamente comunicate all’Amministrazione regionale nel corso della realizzazione dell’iniziativa e non possono essere rappresentate per la prima volta in sede di rendicontazione.</w:t>
            </w:r>
          </w:p>
          <w:p w14:paraId="4DBC9DC2" w14:textId="77777777" w:rsidR="00341D9C" w:rsidRDefault="00000000" w:rsidP="00251E7E">
            <w:pPr>
              <w:pStyle w:val="Paragrafoelenco"/>
              <w:keepLines/>
              <w:numPr>
                <w:ilvl w:val="0"/>
                <w:numId w:val="11"/>
              </w:numPr>
              <w:spacing w:after="60"/>
            </w:pPr>
            <w:r>
              <w:t>Alla relazione devono essere allegati, ove disponibili:</w:t>
            </w:r>
          </w:p>
          <w:p w14:paraId="57FCE894" w14:textId="7771153C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copia del materiale informativo e promozionale realizzato (manifesti, locandine, brochure, programmi, inviti, ecc.);</w:t>
            </w:r>
          </w:p>
          <w:p w14:paraId="1C734C16" w14:textId="28D5A2B4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documentazione fotografica dell’iniziativa;</w:t>
            </w:r>
          </w:p>
          <w:p w14:paraId="0E3AA510" w14:textId="6E17934D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estratti della rassegna stampa e degli eventuali articoli pubblicati;</w:t>
            </w:r>
          </w:p>
          <w:p w14:paraId="5A3BB34A" w14:textId="26A4E876" w:rsidR="00341D9C" w:rsidRDefault="00000000" w:rsidP="00251E7E">
            <w:pPr>
              <w:pStyle w:val="Paragrafoelenco"/>
              <w:keepLines/>
              <w:numPr>
                <w:ilvl w:val="1"/>
                <w:numId w:val="11"/>
              </w:numPr>
              <w:spacing w:after="20"/>
            </w:pPr>
            <w:r>
              <w:t>eventuali link a siti internet o contenuti multimediali relativi all’iniziativa.</w:t>
            </w:r>
          </w:p>
          <w:p w14:paraId="4AE19293" w14:textId="77777777" w:rsidR="000D2C83" w:rsidRDefault="000D2C83" w:rsidP="00251E7E">
            <w:pPr>
              <w:jc w:val="both"/>
              <w:rPr>
                <w:b/>
              </w:rPr>
            </w:pPr>
          </w:p>
          <w:p w14:paraId="2D2AC584" w14:textId="55F59EFF" w:rsidR="00251E7E" w:rsidRPr="00251E7E" w:rsidRDefault="00251E7E" w:rsidP="00251E7E">
            <w:pPr>
              <w:jc w:val="both"/>
              <w:rPr>
                <w:b/>
              </w:rPr>
            </w:pPr>
            <w:r w:rsidRPr="00251E7E">
              <w:rPr>
                <w:b/>
              </w:rPr>
              <w:t>NEL CASO SIA STATO REALIZZATO UN VOLUME</w:t>
            </w:r>
          </w:p>
          <w:p w14:paraId="5056856C" w14:textId="77777777" w:rsidR="00251E7E" w:rsidRDefault="00251E7E" w:rsidP="00251E7E">
            <w:pPr>
              <w:ind w:left="1440" w:hanging="1440"/>
              <w:jc w:val="both"/>
            </w:pPr>
            <w:r>
              <w:rPr>
                <w:b/>
              </w:rPr>
              <w:t>n. 1</w:t>
            </w:r>
            <w:r w:rsidRPr="002B280F">
              <w:rPr>
                <w:b/>
              </w:rPr>
              <w:t xml:space="preserve"> copi</w:t>
            </w:r>
            <w:r>
              <w:rPr>
                <w:b/>
              </w:rPr>
              <w:t>a</w:t>
            </w:r>
            <w:r>
              <w:t xml:space="preserve"> </w:t>
            </w:r>
            <w:r>
              <w:tab/>
              <w:t>da inviare, unitamente alla rendicontazione, alla Direzione Cultura – Palazzo Sceriman, Cannaregio 168 – 30121 Venezia</w:t>
            </w:r>
          </w:p>
          <w:p w14:paraId="728D2285" w14:textId="77777777" w:rsidR="00251E7E" w:rsidRDefault="00251E7E" w:rsidP="00251E7E">
            <w:pPr>
              <w:ind w:left="1440" w:hanging="1440"/>
              <w:jc w:val="both"/>
            </w:pPr>
            <w:r w:rsidRPr="002B280F">
              <w:rPr>
                <w:b/>
              </w:rPr>
              <w:t>n. 1 copia</w:t>
            </w:r>
            <w:r>
              <w:tab/>
              <w:t>da inviare alla Biblioteca Civica del Comune sede di residenza</w:t>
            </w:r>
          </w:p>
          <w:p w14:paraId="713AB0C9" w14:textId="77827356" w:rsidR="00251E7E" w:rsidRPr="00251E7E" w:rsidRDefault="00251E7E" w:rsidP="00251E7E">
            <w:pPr>
              <w:jc w:val="both"/>
              <w:rPr>
                <w:b/>
              </w:rPr>
            </w:pPr>
            <w:r w:rsidRPr="00251E7E">
              <w:rPr>
                <w:b/>
              </w:rPr>
              <w:t>NEL CASO SIA STATO REALIZZATO UN SUPPORTO MULTIMEDIALE</w:t>
            </w:r>
          </w:p>
          <w:p w14:paraId="6B1032DE" w14:textId="5A36E82C" w:rsidR="00251E7E" w:rsidRDefault="00251E7E" w:rsidP="00251E7E">
            <w:pPr>
              <w:ind w:left="1440" w:hanging="1440"/>
              <w:jc w:val="both"/>
            </w:pPr>
            <w:r>
              <w:rPr>
                <w:b/>
              </w:rPr>
              <w:t>n. 2</w:t>
            </w:r>
            <w:r w:rsidRPr="002B280F">
              <w:rPr>
                <w:b/>
              </w:rPr>
              <w:t xml:space="preserve"> copi</w:t>
            </w:r>
            <w:r>
              <w:rPr>
                <w:b/>
              </w:rPr>
              <w:t xml:space="preserve">e </w:t>
            </w:r>
            <w:r w:rsidR="009857B4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0D2C83">
              <w:rPr>
                <w:b/>
              </w:rPr>
              <w:t>Allegato 6</w:t>
            </w:r>
            <w:r w:rsidR="003D3044">
              <w:rPr>
                <w:b/>
              </w:rPr>
              <w:t xml:space="preserve"> - Liberatoria</w:t>
            </w:r>
            <w:r w:rsidR="000D2C83">
              <w:rPr>
                <w:b/>
              </w:rPr>
              <w:t xml:space="preserve"> </w:t>
            </w:r>
            <w:r>
              <w:t>da inviare, unitamente alla rendicontazione, alla Direzione Cultura – Palazzo Sceriman, Cannaregio 168 – 30121 Venezia</w:t>
            </w:r>
          </w:p>
          <w:p w14:paraId="7ADB0BB5" w14:textId="62E7D5FA" w:rsidR="00251E7E" w:rsidRPr="009857B4" w:rsidRDefault="001671CA" w:rsidP="009857B4">
            <w:pPr>
              <w:jc w:val="both"/>
              <w:rPr>
                <w:b/>
                <w:sz w:val="20"/>
                <w:szCs w:val="20"/>
              </w:rPr>
            </w:pPr>
            <w:r w:rsidRPr="009857B4">
              <w:rPr>
                <w:b/>
                <w:sz w:val="20"/>
                <w:szCs w:val="20"/>
              </w:rPr>
              <w:t xml:space="preserve">I supporti multimediali dovranno essere corredati da bollinatura </w:t>
            </w:r>
            <w:r>
              <w:rPr>
                <w:b/>
                <w:sz w:val="20"/>
                <w:szCs w:val="20"/>
              </w:rPr>
              <w:t>SIAE</w:t>
            </w:r>
          </w:p>
        </w:tc>
      </w:tr>
    </w:tbl>
    <w:p w14:paraId="3AE83DC8" w14:textId="1C522984" w:rsidR="00DB1A01" w:rsidRDefault="00DB1A01"/>
    <w:p w14:paraId="170F6E85" w14:textId="77777777" w:rsidR="00DB1A01" w:rsidRDefault="00DB1A01">
      <w:pPr>
        <w:spacing w:after="200"/>
      </w:pPr>
      <w:r>
        <w:br w:type="page"/>
      </w:r>
    </w:p>
    <w:p w14:paraId="0CC65914" w14:textId="77777777" w:rsidR="00B802D8" w:rsidRDefault="00B802D8" w:rsidP="00B802D8">
      <w:pPr>
        <w:spacing w:after="240"/>
        <w:jc w:val="center"/>
      </w:pPr>
      <w:r>
        <w:rPr>
          <w:b/>
          <w:sz w:val="28"/>
        </w:rPr>
        <w:lastRenderedPageBreak/>
        <w:t>RELAZIONE FINALE</w:t>
      </w:r>
    </w:p>
    <w:tbl>
      <w:tblPr>
        <w:tblpPr w:leftFromText="141" w:rightFromText="141" w:vertAnchor="text" w:horzAnchor="margin" w:tblpXSpec="center" w:tblpY="74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6803"/>
      </w:tblGrid>
      <w:tr w:rsidR="00B802D8" w14:paraId="649632D1" w14:textId="77777777" w:rsidTr="00B802D8"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F9C5C" w14:textId="77777777" w:rsidR="00B802D8" w:rsidRDefault="00B802D8" w:rsidP="00B802D8">
            <w:pPr>
              <w:keepLines/>
            </w:pPr>
            <w:r>
              <w:rPr>
                <w:b/>
                <w:sz w:val="20"/>
              </w:rPr>
              <w:t>Soggetto beneficiario</w:t>
            </w:r>
          </w:p>
        </w:tc>
        <w:tc>
          <w:tcPr>
            <w:tcW w:w="6803" w:type="dxa"/>
            <w:shd w:val="clear" w:color="auto" w:fill="DDEB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E5F98" w14:textId="77777777" w:rsidR="00B802D8" w:rsidRDefault="00000000" w:rsidP="00B802D8">
            <w:pPr>
              <w:keepLines/>
            </w:pPr>
            <w:sdt>
              <w:sdtPr>
                <w:alias w:val="SOGGETTO"/>
                <w:tag w:val="SOGGETTO"/>
                <w:id w:val="-2116201221"/>
                <w:text/>
              </w:sdtPr>
              <w:sdtContent>
                <w:r w:rsidR="00B802D8">
                  <w:rPr>
                    <w:sz w:val="20"/>
                  </w:rPr>
                  <w:t>Fare clic qui per inserire il soggetto</w:t>
                </w:r>
              </w:sdtContent>
            </w:sdt>
          </w:p>
        </w:tc>
      </w:tr>
      <w:tr w:rsidR="00B802D8" w14:paraId="0F5E5FFE" w14:textId="77777777" w:rsidTr="00B802D8"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86BA4" w14:textId="77777777" w:rsidR="00B802D8" w:rsidRDefault="00B802D8" w:rsidP="00B802D8">
            <w:pPr>
              <w:keepLines/>
            </w:pPr>
            <w:r>
              <w:rPr>
                <w:b/>
                <w:sz w:val="20"/>
              </w:rPr>
              <w:t>Titolo dell’iniziativa</w:t>
            </w:r>
          </w:p>
        </w:tc>
        <w:tc>
          <w:tcPr>
            <w:tcW w:w="6803" w:type="dxa"/>
            <w:shd w:val="clear" w:color="auto" w:fill="DDEB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66C1D" w14:textId="77777777" w:rsidR="00B802D8" w:rsidRDefault="00000000" w:rsidP="00B802D8">
            <w:pPr>
              <w:keepLines/>
            </w:pPr>
            <w:sdt>
              <w:sdtPr>
                <w:alias w:val="TITOLO_INIZIATIVA"/>
                <w:tag w:val="TITOLO_INIZIATIVA"/>
                <w:id w:val="2119335299"/>
                <w:text/>
              </w:sdtPr>
              <w:sdtContent>
                <w:r w:rsidR="00B802D8">
                  <w:rPr>
                    <w:sz w:val="20"/>
                  </w:rPr>
                  <w:t>Fare clic qui per inserire il titolo dell’iniziativa</w:t>
                </w:r>
              </w:sdtContent>
            </w:sdt>
          </w:p>
        </w:tc>
      </w:tr>
    </w:tbl>
    <w:p w14:paraId="6BB13D4F" w14:textId="77777777" w:rsidR="00B802D8" w:rsidRDefault="00B802D8"/>
    <w:p w14:paraId="09CFC4D9" w14:textId="77777777" w:rsidR="00B802D8" w:rsidRDefault="00B802D8"/>
    <w:p w14:paraId="2D8D9D3D" w14:textId="77777777" w:rsidR="00380449" w:rsidRDefault="00380449" w:rsidP="00380449">
      <w:pPr>
        <w:spacing w:after="100"/>
      </w:pPr>
    </w:p>
    <w:sectPr w:rsidR="00380449" w:rsidSect="00034616">
      <w:headerReference w:type="default" r:id="rId8"/>
      <w:footerReference w:type="default" r:id="rId9"/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520E" w14:textId="77777777" w:rsidR="007F7937" w:rsidRDefault="007F7937">
      <w:pPr>
        <w:spacing w:after="0" w:line="240" w:lineRule="auto"/>
      </w:pPr>
      <w:r>
        <w:separator/>
      </w:r>
    </w:p>
  </w:endnote>
  <w:endnote w:type="continuationSeparator" w:id="0">
    <w:p w14:paraId="5F41BECB" w14:textId="77777777" w:rsidR="007F7937" w:rsidRDefault="007F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F88" w14:textId="77777777" w:rsidR="00341D9C" w:rsidRDefault="00000000">
    <w:pPr>
      <w:pStyle w:val="Pidipagina"/>
      <w:jc w:val="center"/>
    </w:pPr>
    <w:proofErr w:type="spellStart"/>
    <w:r>
      <w:rPr>
        <w:color w:val="646464"/>
        <w:sz w:val="16"/>
      </w:rPr>
      <w:t>Allegato</w:t>
    </w:r>
    <w:proofErr w:type="spellEnd"/>
    <w:r>
      <w:rPr>
        <w:color w:val="646464"/>
        <w:sz w:val="16"/>
      </w:rPr>
      <w:t xml:space="preserve"> 1 - </w:t>
    </w:r>
    <w:proofErr w:type="spellStart"/>
    <w:r>
      <w:rPr>
        <w:color w:val="646464"/>
        <w:sz w:val="16"/>
      </w:rPr>
      <w:t>Relazione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illustrativa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D777" w14:textId="77777777" w:rsidR="007F7937" w:rsidRDefault="007F7937">
      <w:pPr>
        <w:spacing w:after="0" w:line="240" w:lineRule="auto"/>
      </w:pPr>
      <w:r>
        <w:separator/>
      </w:r>
    </w:p>
  </w:footnote>
  <w:footnote w:type="continuationSeparator" w:id="0">
    <w:p w14:paraId="4E15F6F4" w14:textId="77777777" w:rsidR="007F7937" w:rsidRDefault="007F7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A1DC" w14:textId="77777777" w:rsidR="00341D9C" w:rsidRDefault="00000000">
    <w:pPr>
      <w:pStyle w:val="Intestazione"/>
      <w:jc w:val="center"/>
    </w:pPr>
    <w:r>
      <w:rPr>
        <w:b/>
        <w:sz w:val="18"/>
      </w:rPr>
      <w:t>L.R. 14/01/2003, n. 3 - art. 22</w:t>
    </w:r>
  </w:p>
  <w:p w14:paraId="57B06D1B" w14:textId="77777777" w:rsidR="00341D9C" w:rsidRDefault="00000000">
    <w:pPr>
      <w:jc w:val="center"/>
    </w:pPr>
    <w:r>
      <w:rPr>
        <w:i/>
        <w:sz w:val="18"/>
      </w:rPr>
      <w:t>“</w:t>
    </w:r>
    <w:proofErr w:type="spellStart"/>
    <w:r>
      <w:rPr>
        <w:i/>
        <w:sz w:val="18"/>
      </w:rPr>
      <w:t>Iniziative</w:t>
    </w:r>
    <w:proofErr w:type="spellEnd"/>
    <w:r>
      <w:rPr>
        <w:i/>
        <w:sz w:val="18"/>
      </w:rPr>
      <w:t xml:space="preserve"> di </w:t>
    </w:r>
    <w:proofErr w:type="spellStart"/>
    <w:r>
      <w:rPr>
        <w:i/>
        <w:sz w:val="18"/>
      </w:rPr>
      <w:t>promozione</w:t>
    </w:r>
    <w:proofErr w:type="spellEnd"/>
    <w:r>
      <w:rPr>
        <w:i/>
        <w:sz w:val="18"/>
      </w:rPr>
      <w:t xml:space="preserve"> e </w:t>
    </w:r>
    <w:proofErr w:type="spellStart"/>
    <w:r>
      <w:rPr>
        <w:i/>
        <w:sz w:val="18"/>
      </w:rPr>
      <w:t>valorizzazione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dell’identità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veneta</w:t>
    </w:r>
    <w:proofErr w:type="spellEnd"/>
    <w:r>
      <w:rPr>
        <w:i/>
        <w:sz w:val="18"/>
      </w:rPr>
      <w:t>”</w:t>
    </w:r>
  </w:p>
  <w:p w14:paraId="26568C23" w14:textId="77777777" w:rsidR="00341D9C" w:rsidRDefault="00000000">
    <w:pPr>
      <w:pBdr>
        <w:bottom w:val="single" w:sz="8" w:space="4" w:color="808080"/>
      </w:pBdr>
      <w:jc w:val="center"/>
    </w:pPr>
    <w:r>
      <w:rPr>
        <w:b/>
        <w:sz w:val="24"/>
      </w:rPr>
      <w:t>ALLEGATO 1 - RELAZIONE ILLUSTRATIVA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E270A3"/>
    <w:multiLevelType w:val="hybridMultilevel"/>
    <w:tmpl w:val="F3A6BFC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32E11482"/>
    <w:multiLevelType w:val="hybridMultilevel"/>
    <w:tmpl w:val="A3D0C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4DF84">
      <w:start w:val="14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453519">
    <w:abstractNumId w:val="8"/>
  </w:num>
  <w:num w:numId="2" w16cid:durableId="691608854">
    <w:abstractNumId w:val="6"/>
  </w:num>
  <w:num w:numId="3" w16cid:durableId="990595338">
    <w:abstractNumId w:val="5"/>
  </w:num>
  <w:num w:numId="4" w16cid:durableId="967055448">
    <w:abstractNumId w:val="4"/>
  </w:num>
  <w:num w:numId="5" w16cid:durableId="1378355709">
    <w:abstractNumId w:val="7"/>
  </w:num>
  <w:num w:numId="6" w16cid:durableId="1953395215">
    <w:abstractNumId w:val="3"/>
  </w:num>
  <w:num w:numId="7" w16cid:durableId="889658613">
    <w:abstractNumId w:val="2"/>
  </w:num>
  <w:num w:numId="8" w16cid:durableId="2067221279">
    <w:abstractNumId w:val="1"/>
  </w:num>
  <w:num w:numId="9" w16cid:durableId="1545944930">
    <w:abstractNumId w:val="0"/>
  </w:num>
  <w:num w:numId="10" w16cid:durableId="1809398046">
    <w:abstractNumId w:val="9"/>
  </w:num>
  <w:num w:numId="11" w16cid:durableId="11536380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C83"/>
    <w:rsid w:val="0015074B"/>
    <w:rsid w:val="001671CA"/>
    <w:rsid w:val="001A5893"/>
    <w:rsid w:val="00251E7E"/>
    <w:rsid w:val="0029639D"/>
    <w:rsid w:val="00326F90"/>
    <w:rsid w:val="00341D9C"/>
    <w:rsid w:val="00360E6D"/>
    <w:rsid w:val="00380449"/>
    <w:rsid w:val="003D3044"/>
    <w:rsid w:val="003E77DC"/>
    <w:rsid w:val="00403A14"/>
    <w:rsid w:val="0044429D"/>
    <w:rsid w:val="00632A79"/>
    <w:rsid w:val="007F7937"/>
    <w:rsid w:val="008747A5"/>
    <w:rsid w:val="009857B4"/>
    <w:rsid w:val="00AA1D8D"/>
    <w:rsid w:val="00AB74B9"/>
    <w:rsid w:val="00B27F9C"/>
    <w:rsid w:val="00B47730"/>
    <w:rsid w:val="00B802D8"/>
    <w:rsid w:val="00C816AD"/>
    <w:rsid w:val="00CB0664"/>
    <w:rsid w:val="00DB1A01"/>
    <w:rsid w:val="00FA39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16242"/>
  <w14:defaultImageDpi w14:val="300"/>
  <w15:docId w15:val="{3F021A60-761E-494B-9B4A-EE2EA92C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/>
    </w:pPr>
    <w:rPr>
      <w:rFonts w:ascii="Arial" w:eastAsia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CARLOTTA MARTORANA</cp:lastModifiedBy>
  <cp:revision>4</cp:revision>
  <cp:lastPrinted>2026-09-01T11:26:00Z</cp:lastPrinted>
  <dcterms:created xsi:type="dcterms:W3CDTF">2026-09-01T11:30:00Z</dcterms:created>
  <dcterms:modified xsi:type="dcterms:W3CDTF">2026-09-04T10:48:00Z</dcterms:modified>
  <cp:category/>
</cp:coreProperties>
</file>