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F1E9" w14:textId="77777777" w:rsidR="00E6769E" w:rsidRDefault="00000000">
      <w:pPr>
        <w:spacing w:after="40"/>
        <w:jc w:val="center"/>
      </w:pPr>
      <w:r>
        <w:rPr>
          <w:b/>
          <w:sz w:val="20"/>
        </w:rPr>
        <w:t>L.R. 14/01/2003, n. 3 – art. 22</w:t>
      </w:r>
    </w:p>
    <w:p w14:paraId="2D717095" w14:textId="77777777" w:rsidR="00E6769E" w:rsidRDefault="00000000">
      <w:pPr>
        <w:spacing w:after="100"/>
        <w:jc w:val="center"/>
      </w:pPr>
      <w:r>
        <w:rPr>
          <w:i/>
          <w:sz w:val="20"/>
        </w:rPr>
        <w:t>“Iniziative di promozione e valorizzazione dell’identità veneta”</w:t>
      </w:r>
    </w:p>
    <w:p w14:paraId="73F8BE32" w14:textId="77777777" w:rsidR="00E6769E" w:rsidRDefault="00000000">
      <w:pPr>
        <w:spacing w:after="40"/>
        <w:jc w:val="center"/>
      </w:pPr>
      <w:r>
        <w:rPr>
          <w:b/>
          <w:sz w:val="24"/>
        </w:rPr>
        <w:t>ALLEGATO 6</w:t>
      </w:r>
    </w:p>
    <w:p w14:paraId="28A57B9A" w14:textId="77777777" w:rsidR="00E6769E" w:rsidRDefault="00000000">
      <w:pPr>
        <w:jc w:val="center"/>
      </w:pPr>
      <w:r>
        <w:rPr>
          <w:b/>
          <w:sz w:val="28"/>
        </w:rPr>
        <w:t>LIBERATORIA D’USO DELL’AUDIOVISIVO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520"/>
      </w:tblGrid>
      <w:tr w:rsidR="00E6769E" w14:paraId="4CF86DA5" w14:textId="77777777">
        <w:trPr>
          <w:jc w:val="center"/>
        </w:trPr>
        <w:tc>
          <w:tcPr>
            <w:tcW w:w="2948" w:type="dxa"/>
          </w:tcPr>
          <w:p w14:paraId="6F838B19" w14:textId="77777777" w:rsidR="00E6769E" w:rsidRDefault="00000000">
            <w:r>
              <w:rPr>
                <w:b/>
                <w:sz w:val="19"/>
              </w:rPr>
              <w:t>Titolo dell’audiovisivo</w:t>
            </w:r>
          </w:p>
        </w:tc>
        <w:tc>
          <w:tcPr>
            <w:tcW w:w="6520" w:type="dxa"/>
          </w:tcPr>
          <w:p w14:paraId="247C3B37" w14:textId="77777777" w:rsidR="00E6769E" w:rsidRDefault="00000000">
            <w:sdt>
              <w:sdtPr>
                <w:alias w:val="TITOLO"/>
                <w:tag w:val="TITOLO"/>
                <w:id w:val="-593708798"/>
                <w:showingPlcHdr/>
                <w:text/>
              </w:sdtPr>
              <w:sdtContent>
                <w:r>
                  <w:rPr>
                    <w:shd w:val="clear" w:color="auto" w:fill="D9EAF7"/>
                  </w:rPr>
                  <w:t>Fare clic qui per inserire il titolo</w:t>
                </w:r>
              </w:sdtContent>
            </w:sdt>
          </w:p>
        </w:tc>
      </w:tr>
      <w:tr w:rsidR="00E6769E" w14:paraId="2348A9A6" w14:textId="77777777">
        <w:trPr>
          <w:jc w:val="center"/>
        </w:trPr>
        <w:tc>
          <w:tcPr>
            <w:tcW w:w="2948" w:type="dxa"/>
          </w:tcPr>
          <w:p w14:paraId="71932369" w14:textId="77777777" w:rsidR="00E6769E" w:rsidRDefault="00000000">
            <w:r>
              <w:rPr>
                <w:b/>
                <w:sz w:val="19"/>
              </w:rPr>
              <w:t>Nome e cognome del dichiarante</w:t>
            </w:r>
          </w:p>
        </w:tc>
        <w:tc>
          <w:tcPr>
            <w:tcW w:w="6520" w:type="dxa"/>
          </w:tcPr>
          <w:p w14:paraId="34C2767F" w14:textId="77777777" w:rsidR="00E6769E" w:rsidRDefault="00000000">
            <w:sdt>
              <w:sdtPr>
                <w:alias w:val="NOME"/>
                <w:tag w:val="NOME"/>
                <w:id w:val="-297928475"/>
                <w:showingPlcHdr/>
                <w:text/>
              </w:sdtPr>
              <w:sdtContent>
                <w:r>
                  <w:rPr>
                    <w:shd w:val="clear" w:color="auto" w:fill="D9EAF7"/>
                  </w:rPr>
                  <w:t>Fare clic qui per inserire nome e cognome</w:t>
                </w:r>
              </w:sdtContent>
            </w:sdt>
          </w:p>
        </w:tc>
      </w:tr>
      <w:tr w:rsidR="00E6769E" w14:paraId="78CCEF0E" w14:textId="77777777">
        <w:trPr>
          <w:jc w:val="center"/>
        </w:trPr>
        <w:tc>
          <w:tcPr>
            <w:tcW w:w="2948" w:type="dxa"/>
          </w:tcPr>
          <w:p w14:paraId="35A11208" w14:textId="77777777" w:rsidR="00E6769E" w:rsidRDefault="00000000">
            <w:r>
              <w:rPr>
                <w:b/>
                <w:sz w:val="19"/>
              </w:rPr>
              <w:t>Luogo e data di nascita</w:t>
            </w:r>
          </w:p>
        </w:tc>
        <w:tc>
          <w:tcPr>
            <w:tcW w:w="6520" w:type="dxa"/>
          </w:tcPr>
          <w:p w14:paraId="7F3D96BE" w14:textId="77777777" w:rsidR="00E6769E" w:rsidRDefault="00000000">
            <w:sdt>
              <w:sdtPr>
                <w:alias w:val="NASCITA"/>
                <w:tag w:val="NASCITA"/>
                <w:id w:val="-973220663"/>
                <w:showingPlcHdr/>
                <w:text/>
              </w:sdtPr>
              <w:sdtContent>
                <w:r>
                  <w:rPr>
                    <w:shd w:val="clear" w:color="auto" w:fill="D9EAF7"/>
                  </w:rPr>
                  <w:t>Fare clic qui per inserire luogo e data di nascita</w:t>
                </w:r>
              </w:sdtContent>
            </w:sdt>
          </w:p>
        </w:tc>
      </w:tr>
    </w:tbl>
    <w:p w14:paraId="68FBEBFD" w14:textId="77777777" w:rsidR="00E6769E" w:rsidRDefault="00E6769E"/>
    <w:p w14:paraId="23992526" w14:textId="77777777" w:rsidR="00E6769E" w:rsidRDefault="00000000">
      <w:pPr>
        <w:spacing w:after="140"/>
      </w:pPr>
      <w:r>
        <w:t>Il sottoscritto, in qualità di titolare o comunque legittimato a disporre dei diritti di utilizzazione dell’audiovisivo sopra indicato, rilascia alla Regione del Veneto liberatoria per l’utilizzo non commerciale dell’audiovisivo nell’ambito delle proprie finalità istituzionali e ai fini dell’incremento del patrimonio della Mediateca regionale.</w:t>
      </w:r>
    </w:p>
    <w:p w14:paraId="4532ED49" w14:textId="77777777" w:rsidR="00E6769E" w:rsidRDefault="00000000">
      <w:pPr>
        <w:spacing w:after="140"/>
      </w:pPr>
      <w:r>
        <w:t>Con riferimento agli ulteriori utilizzi dell’audiovisivo, esprime le seguenti autorizzazioni: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E6769E" w14:paraId="32EE7DC3" w14:textId="77777777">
        <w:trPr>
          <w:jc w:val="center"/>
        </w:trPr>
        <w:tc>
          <w:tcPr>
            <w:tcW w:w="3324" w:type="dxa"/>
          </w:tcPr>
          <w:p w14:paraId="4DC5D220" w14:textId="77777777" w:rsidR="00E6769E" w:rsidRDefault="00000000">
            <w:pPr>
              <w:jc w:val="center"/>
            </w:pPr>
            <w:r>
              <w:rPr>
                <w:b/>
                <w:sz w:val="18"/>
              </w:rPr>
              <w:t>Utilizzo</w:t>
            </w:r>
          </w:p>
        </w:tc>
        <w:tc>
          <w:tcPr>
            <w:tcW w:w="3324" w:type="dxa"/>
          </w:tcPr>
          <w:p w14:paraId="391AEFD7" w14:textId="77777777" w:rsidR="00E6769E" w:rsidRDefault="00000000">
            <w:pPr>
              <w:jc w:val="center"/>
            </w:pPr>
            <w:r>
              <w:rPr>
                <w:b/>
                <w:sz w:val="18"/>
              </w:rPr>
              <w:t>AUTORIZZA</w:t>
            </w:r>
          </w:p>
        </w:tc>
        <w:tc>
          <w:tcPr>
            <w:tcW w:w="3324" w:type="dxa"/>
          </w:tcPr>
          <w:p w14:paraId="596FD941" w14:textId="77777777" w:rsidR="00E6769E" w:rsidRDefault="00000000">
            <w:pPr>
              <w:jc w:val="center"/>
            </w:pPr>
            <w:r>
              <w:rPr>
                <w:b/>
                <w:sz w:val="18"/>
              </w:rPr>
              <w:t>NON AUTORIZZA</w:t>
            </w:r>
          </w:p>
        </w:tc>
      </w:tr>
      <w:tr w:rsidR="00E6769E" w14:paraId="463FF2A2" w14:textId="77777777">
        <w:trPr>
          <w:jc w:val="center"/>
        </w:trPr>
        <w:tc>
          <w:tcPr>
            <w:tcW w:w="3324" w:type="dxa"/>
          </w:tcPr>
          <w:p w14:paraId="025B71F1" w14:textId="77777777" w:rsidR="00E6769E" w:rsidRDefault="00000000">
            <w:r>
              <w:rPr>
                <w:sz w:val="19"/>
              </w:rPr>
              <w:t>Riproduzione per finalità di studio e documentazione, senza fini di lucro</w:t>
            </w:r>
          </w:p>
        </w:tc>
        <w:tc>
          <w:tcPr>
            <w:tcW w:w="3324" w:type="dxa"/>
          </w:tcPr>
          <w:p w14:paraId="092EE4B3" w14:textId="5CEEF8BA" w:rsidR="00E6769E" w:rsidRDefault="00000000">
            <w:pPr>
              <w:jc w:val="center"/>
            </w:pPr>
            <w:sdt>
              <w:sdtPr>
                <w:alias w:val="AUT_1"/>
                <w:tag w:val="AUT_1"/>
                <w:id w:val="207901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E26">
                  <w:rPr>
                    <w:rFonts w:ascii="MS Gothic" w:eastAsia="MS Gothic" w:hAnsi="MS Gothic" w:hint="eastAsia"/>
                    <w:shd w:val="clear" w:color="auto" w:fill="D9EAF7"/>
                  </w:rPr>
                  <w:t>☐</w:t>
                </w:r>
              </w:sdtContent>
            </w:sdt>
          </w:p>
        </w:tc>
        <w:tc>
          <w:tcPr>
            <w:tcW w:w="3324" w:type="dxa"/>
          </w:tcPr>
          <w:p w14:paraId="670858B5" w14:textId="77777777" w:rsidR="00E6769E" w:rsidRDefault="00000000">
            <w:pPr>
              <w:jc w:val="center"/>
            </w:pPr>
            <w:sdt>
              <w:sdtPr>
                <w:alias w:val="NONAUT_1"/>
                <w:tag w:val="NONAUT_1"/>
                <w:id w:val="-63086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hd w:val="clear" w:color="auto" w:fill="D9EAF7"/>
                  </w:rPr>
                  <w:t>☐</w:t>
                </w:r>
              </w:sdtContent>
            </w:sdt>
          </w:p>
        </w:tc>
      </w:tr>
      <w:tr w:rsidR="00E6769E" w14:paraId="7E77C1F5" w14:textId="77777777">
        <w:trPr>
          <w:jc w:val="center"/>
        </w:trPr>
        <w:tc>
          <w:tcPr>
            <w:tcW w:w="3324" w:type="dxa"/>
          </w:tcPr>
          <w:p w14:paraId="1E4C0812" w14:textId="77777777" w:rsidR="00E6769E" w:rsidRDefault="00000000">
            <w:r>
              <w:rPr>
                <w:sz w:val="19"/>
              </w:rPr>
              <w:t>Divulgazione a mezzo televisione pubblica o privata</w:t>
            </w:r>
          </w:p>
        </w:tc>
        <w:tc>
          <w:tcPr>
            <w:tcW w:w="3324" w:type="dxa"/>
          </w:tcPr>
          <w:p w14:paraId="65DE5E7F" w14:textId="77777777" w:rsidR="00E6769E" w:rsidRDefault="00000000">
            <w:pPr>
              <w:jc w:val="center"/>
            </w:pPr>
            <w:sdt>
              <w:sdtPr>
                <w:alias w:val="AUT_2"/>
                <w:tag w:val="AUT_2"/>
                <w:id w:val="-198121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hd w:val="clear" w:color="auto" w:fill="D9EAF7"/>
                  </w:rPr>
                  <w:t>☐</w:t>
                </w:r>
              </w:sdtContent>
            </w:sdt>
          </w:p>
        </w:tc>
        <w:tc>
          <w:tcPr>
            <w:tcW w:w="3324" w:type="dxa"/>
          </w:tcPr>
          <w:p w14:paraId="1EDC24AD" w14:textId="77777777" w:rsidR="00E6769E" w:rsidRDefault="00000000">
            <w:pPr>
              <w:jc w:val="center"/>
            </w:pPr>
            <w:sdt>
              <w:sdtPr>
                <w:alias w:val="NONAUT_2"/>
                <w:tag w:val="NONAUT_2"/>
                <w:id w:val="-206362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hd w:val="clear" w:color="auto" w:fill="D9EAF7"/>
                  </w:rPr>
                  <w:t>☐</w:t>
                </w:r>
              </w:sdtContent>
            </w:sdt>
          </w:p>
        </w:tc>
      </w:tr>
      <w:tr w:rsidR="00E6769E" w14:paraId="3BD5089E" w14:textId="77777777">
        <w:trPr>
          <w:jc w:val="center"/>
        </w:trPr>
        <w:tc>
          <w:tcPr>
            <w:tcW w:w="3324" w:type="dxa"/>
          </w:tcPr>
          <w:p w14:paraId="5358CE49" w14:textId="77777777" w:rsidR="00E6769E" w:rsidRDefault="00000000">
            <w:r>
              <w:rPr>
                <w:sz w:val="19"/>
              </w:rPr>
              <w:t>Trasmissione via web</w:t>
            </w:r>
          </w:p>
        </w:tc>
        <w:tc>
          <w:tcPr>
            <w:tcW w:w="3324" w:type="dxa"/>
          </w:tcPr>
          <w:p w14:paraId="10EEB125" w14:textId="77777777" w:rsidR="00E6769E" w:rsidRDefault="00000000">
            <w:pPr>
              <w:jc w:val="center"/>
            </w:pPr>
            <w:sdt>
              <w:sdtPr>
                <w:alias w:val="AUT_3"/>
                <w:tag w:val="AUT_3"/>
                <w:id w:val="50425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hd w:val="clear" w:color="auto" w:fill="D9EAF7"/>
                  </w:rPr>
                  <w:t>☐</w:t>
                </w:r>
              </w:sdtContent>
            </w:sdt>
          </w:p>
        </w:tc>
        <w:tc>
          <w:tcPr>
            <w:tcW w:w="3324" w:type="dxa"/>
          </w:tcPr>
          <w:p w14:paraId="300E9E20" w14:textId="77777777" w:rsidR="00E6769E" w:rsidRDefault="00000000">
            <w:pPr>
              <w:jc w:val="center"/>
            </w:pPr>
            <w:sdt>
              <w:sdtPr>
                <w:alias w:val="NONAUT_3"/>
                <w:tag w:val="NONAUT_3"/>
                <w:id w:val="-188732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hd w:val="clear" w:color="auto" w:fill="D9EAF7"/>
                  </w:rPr>
                  <w:t>☐</w:t>
                </w:r>
              </w:sdtContent>
            </w:sdt>
          </w:p>
        </w:tc>
      </w:tr>
    </w:tbl>
    <w:p w14:paraId="76B86AD0" w14:textId="77777777" w:rsidR="00E6769E" w:rsidRDefault="00E6769E"/>
    <w:p w14:paraId="1BE6B077" w14:textId="77777777" w:rsidR="00E6769E" w:rsidRDefault="00000000">
      <w:pPr>
        <w:spacing w:after="160"/>
      </w:pPr>
      <w:r>
        <w:t>La presente liberatoria è resa a titolo gratuito e non comporta alcun diritto a compensi per gli utilizzi autorizzati.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E6769E" w14:paraId="66FD71C4" w14:textId="77777777">
        <w:trPr>
          <w:jc w:val="center"/>
        </w:trPr>
        <w:tc>
          <w:tcPr>
            <w:tcW w:w="4986" w:type="dxa"/>
          </w:tcPr>
          <w:p w14:paraId="7C0C854A" w14:textId="77777777" w:rsidR="00E6769E" w:rsidRDefault="00000000">
            <w:pPr>
              <w:jc w:val="center"/>
            </w:pPr>
            <w:r>
              <w:rPr>
                <w:b/>
                <w:sz w:val="19"/>
              </w:rPr>
              <w:t>Data</w:t>
            </w:r>
          </w:p>
        </w:tc>
        <w:tc>
          <w:tcPr>
            <w:tcW w:w="4986" w:type="dxa"/>
          </w:tcPr>
          <w:p w14:paraId="076273B4" w14:textId="77777777" w:rsidR="00E6769E" w:rsidRDefault="00000000">
            <w:pPr>
              <w:jc w:val="center"/>
            </w:pPr>
            <w:r>
              <w:rPr>
                <w:b/>
                <w:sz w:val="19"/>
              </w:rPr>
              <w:t>Firma del dichiarante</w:t>
            </w:r>
          </w:p>
        </w:tc>
      </w:tr>
      <w:tr w:rsidR="00E6769E" w14:paraId="67472942" w14:textId="77777777">
        <w:trPr>
          <w:jc w:val="center"/>
        </w:trPr>
        <w:tc>
          <w:tcPr>
            <w:tcW w:w="4986" w:type="dxa"/>
          </w:tcPr>
          <w:p w14:paraId="240260F2" w14:textId="77777777" w:rsidR="00E6769E" w:rsidRDefault="00000000">
            <w:pPr>
              <w:jc w:val="center"/>
            </w:pPr>
            <w:sdt>
              <w:sdtPr>
                <w:alias w:val="DATA"/>
                <w:tag w:val="DATA"/>
                <w:id w:val="-2006961071"/>
                <w:showingPlcHdr/>
                <w:text/>
              </w:sdtPr>
              <w:sdtContent>
                <w:r>
                  <w:rPr>
                    <w:shd w:val="clear" w:color="auto" w:fill="D9EAF7"/>
                  </w:rPr>
                  <w:t>Fare clic qui per inserire la data</w:t>
                </w:r>
              </w:sdtContent>
            </w:sdt>
          </w:p>
        </w:tc>
        <w:tc>
          <w:tcPr>
            <w:tcW w:w="4986" w:type="dxa"/>
          </w:tcPr>
          <w:p w14:paraId="0A4DD73E" w14:textId="77777777" w:rsidR="00E6769E" w:rsidRDefault="00000000">
            <w:pPr>
              <w:jc w:val="center"/>
            </w:pPr>
            <w:r>
              <w:br/>
              <w:t>_______________________________</w:t>
            </w:r>
            <w:r>
              <w:br/>
              <w:t>(firma originale o digitale)</w:t>
            </w:r>
          </w:p>
        </w:tc>
      </w:tr>
    </w:tbl>
    <w:p w14:paraId="3006AA9C" w14:textId="77777777" w:rsidR="00E6769E" w:rsidRDefault="00000000">
      <w:pPr>
        <w:spacing w:before="160"/>
      </w:pPr>
      <w:r>
        <w:rPr>
          <w:i/>
          <w:sz w:val="17"/>
        </w:rPr>
        <w:t>Nota: il materiale prodotto ad avvenuta realizzazione dei progetti, su adeguati supporti, è destinato ad incrementare il patrimonio della Mediateca regionale e deve contenere l’evidenziazione della partecipazione regionale alla realizzazione dell’iniziativa.</w:t>
      </w:r>
    </w:p>
    <w:sectPr w:rsidR="00E6769E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0448781">
    <w:abstractNumId w:val="8"/>
  </w:num>
  <w:num w:numId="2" w16cid:durableId="2043241160">
    <w:abstractNumId w:val="6"/>
  </w:num>
  <w:num w:numId="3" w16cid:durableId="1284270152">
    <w:abstractNumId w:val="5"/>
  </w:num>
  <w:num w:numId="4" w16cid:durableId="2078478910">
    <w:abstractNumId w:val="4"/>
  </w:num>
  <w:num w:numId="5" w16cid:durableId="1972591268">
    <w:abstractNumId w:val="7"/>
  </w:num>
  <w:num w:numId="6" w16cid:durableId="1701782103">
    <w:abstractNumId w:val="3"/>
  </w:num>
  <w:num w:numId="7" w16cid:durableId="998922255">
    <w:abstractNumId w:val="2"/>
  </w:num>
  <w:num w:numId="8" w16cid:durableId="1792362908">
    <w:abstractNumId w:val="1"/>
  </w:num>
  <w:num w:numId="9" w16cid:durableId="98948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E4A"/>
    <w:rsid w:val="000C5E26"/>
    <w:rsid w:val="001452BE"/>
    <w:rsid w:val="0015074B"/>
    <w:rsid w:val="00263065"/>
    <w:rsid w:val="0029639D"/>
    <w:rsid w:val="00326F90"/>
    <w:rsid w:val="003E77DC"/>
    <w:rsid w:val="00AA1D8D"/>
    <w:rsid w:val="00AA3E49"/>
    <w:rsid w:val="00AF7128"/>
    <w:rsid w:val="00B47730"/>
    <w:rsid w:val="00CB0664"/>
    <w:rsid w:val="00E6769E"/>
    <w:rsid w:val="00FB75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8D0B5"/>
  <w14:defaultImageDpi w14:val="300"/>
  <w15:docId w15:val="{3F021A60-761E-494B-9B4A-EE2EA92C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CARLOTTA MARTORANA</cp:lastModifiedBy>
  <cp:revision>2</cp:revision>
  <dcterms:created xsi:type="dcterms:W3CDTF">2026-09-01T14:56:00Z</dcterms:created>
  <dcterms:modified xsi:type="dcterms:W3CDTF">2026-09-01T14:56:00Z</dcterms:modified>
  <cp:category/>
</cp:coreProperties>
</file>